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BFFF2" w14:textId="77777777" w:rsidR="00AF4FBE" w:rsidRDefault="00000000">
      <w:pPr>
        <w:jc w:val="center"/>
      </w:pPr>
      <w:r>
        <w:rPr>
          <w:b/>
          <w:sz w:val="40"/>
        </w:rPr>
        <w:t>TOPS CHRISTIAN ACADEMY</w:t>
      </w:r>
    </w:p>
    <w:p w14:paraId="1156DBCE" w14:textId="77777777" w:rsidR="00AF4FBE" w:rsidRDefault="00000000">
      <w:pPr>
        <w:jc w:val="center"/>
      </w:pPr>
      <w:r>
        <w:rPr>
          <w:b/>
          <w:sz w:val="26"/>
        </w:rPr>
        <w:t>CHRISTIAN PRESCHOOL EMPLOYMENT APPLICATION</w:t>
      </w:r>
    </w:p>
    <w:p w14:paraId="4C3B2F19" w14:textId="77777777" w:rsidR="00AF4FBE" w:rsidRDefault="00000000">
      <w:pPr>
        <w:spacing w:after="100"/>
        <w:jc w:val="center"/>
      </w:pPr>
      <w:r>
        <w:rPr>
          <w:i/>
        </w:rPr>
        <w:t>“Train up a child in the way he should go...” — Proverbs 22:6</w:t>
      </w:r>
    </w:p>
    <w:p w14:paraId="158AB3F1" w14:textId="77777777" w:rsidR="00AF4FBE" w:rsidRDefault="00000000">
      <w:r>
        <w:rPr>
          <w:b/>
        </w:rPr>
        <w:t xml:space="preserve">Thank you for your interest in serving at Tops Christian Academy. </w:t>
      </w:r>
      <w:r>
        <w:t>Our team is committed to providing a safe, loving, Christ-centered environment where children can learn, grow, and develop. Please complete this application fully and honestly. Submission of an application does not guarantee an interview or employment.</w:t>
      </w:r>
    </w:p>
    <w:p w14:paraId="0525E092" w14:textId="77777777" w:rsidR="00AF4FBE" w:rsidRDefault="00000000">
      <w:pPr>
        <w:pStyle w:val="Heading1"/>
        <w:spacing w:before="140" w:after="80"/>
      </w:pPr>
      <w:r>
        <w:t>1. APPLICANT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5A70A2DA" w14:textId="77777777">
        <w:trPr>
          <w:jc w:val="center"/>
        </w:trPr>
        <w:tc>
          <w:tcPr>
            <w:tcW w:w="5184" w:type="dxa"/>
            <w:vAlign w:val="center"/>
          </w:tcPr>
          <w:p w14:paraId="19250779" w14:textId="77777777" w:rsidR="00AF4FBE" w:rsidRDefault="00000000">
            <w:r>
              <w:rPr>
                <w:b/>
              </w:rPr>
              <w:t xml:space="preserve">Full Name: </w:t>
            </w:r>
            <w:r>
              <w:t>________________________________</w:t>
            </w:r>
          </w:p>
        </w:tc>
        <w:tc>
          <w:tcPr>
            <w:tcW w:w="5184" w:type="dxa"/>
            <w:vAlign w:val="center"/>
          </w:tcPr>
          <w:p w14:paraId="3C9C7CE8" w14:textId="77777777" w:rsidR="00AF4FBE" w:rsidRDefault="00000000">
            <w:r>
              <w:rPr>
                <w:b/>
              </w:rPr>
              <w:t xml:space="preserve">Date: </w:t>
            </w:r>
            <w:r>
              <w:t>_________________________</w:t>
            </w:r>
          </w:p>
        </w:tc>
      </w:tr>
    </w:tbl>
    <w:p w14:paraId="2E24657B" w14:textId="77777777" w:rsidR="00AF4FBE" w:rsidRDefault="00AF4FB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03301038" w14:textId="77777777">
        <w:trPr>
          <w:jc w:val="center"/>
        </w:trPr>
        <w:tc>
          <w:tcPr>
            <w:tcW w:w="5184" w:type="dxa"/>
            <w:vAlign w:val="center"/>
          </w:tcPr>
          <w:p w14:paraId="4555E2D2" w14:textId="77777777" w:rsidR="00AF4FBE" w:rsidRDefault="00000000">
            <w:r>
              <w:rPr>
                <w:b/>
              </w:rPr>
              <w:t xml:space="preserve">Address: </w:t>
            </w:r>
            <w:r>
              <w:t>______________________________________</w:t>
            </w:r>
          </w:p>
        </w:tc>
        <w:tc>
          <w:tcPr>
            <w:tcW w:w="5184" w:type="dxa"/>
            <w:vAlign w:val="center"/>
          </w:tcPr>
          <w:p w14:paraId="0AEB628A" w14:textId="77777777" w:rsidR="00AF4FBE" w:rsidRDefault="00000000">
            <w:r>
              <w:rPr>
                <w:b/>
              </w:rPr>
              <w:t xml:space="preserve">Apt./Unit: </w:t>
            </w:r>
            <w:r>
              <w:t>__________________</w:t>
            </w:r>
          </w:p>
        </w:tc>
      </w:tr>
    </w:tbl>
    <w:p w14:paraId="65EADDC7" w14:textId="77777777" w:rsidR="00AF4FBE" w:rsidRDefault="00AF4FB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0C764FFB" w14:textId="77777777">
        <w:trPr>
          <w:jc w:val="center"/>
        </w:trPr>
        <w:tc>
          <w:tcPr>
            <w:tcW w:w="5184" w:type="dxa"/>
            <w:vAlign w:val="center"/>
          </w:tcPr>
          <w:p w14:paraId="7E4B064A" w14:textId="77777777" w:rsidR="00AF4FBE" w:rsidRDefault="00000000">
            <w:r>
              <w:rPr>
                <w:b/>
              </w:rPr>
              <w:t xml:space="preserve">City/State/ZIP: </w:t>
            </w:r>
            <w:r>
              <w:t>____________________________</w:t>
            </w:r>
          </w:p>
        </w:tc>
        <w:tc>
          <w:tcPr>
            <w:tcW w:w="5184" w:type="dxa"/>
            <w:vAlign w:val="center"/>
          </w:tcPr>
          <w:p w14:paraId="1F3D446A" w14:textId="77777777" w:rsidR="00AF4FBE" w:rsidRDefault="00000000">
            <w:r>
              <w:rPr>
                <w:b/>
              </w:rPr>
              <w:t xml:space="preserve">Phone: </w:t>
            </w:r>
            <w:r>
              <w:t>____________________</w:t>
            </w:r>
          </w:p>
        </w:tc>
      </w:tr>
    </w:tbl>
    <w:p w14:paraId="31E70FE0" w14:textId="77777777" w:rsidR="00AF4FBE" w:rsidRDefault="00AF4FB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546E66F3" w14:textId="77777777">
        <w:trPr>
          <w:jc w:val="center"/>
        </w:trPr>
        <w:tc>
          <w:tcPr>
            <w:tcW w:w="5184" w:type="dxa"/>
            <w:vAlign w:val="center"/>
          </w:tcPr>
          <w:p w14:paraId="0858C6FD" w14:textId="77777777" w:rsidR="00AF4FBE" w:rsidRDefault="00000000">
            <w:r>
              <w:rPr>
                <w:b/>
              </w:rPr>
              <w:t xml:space="preserve">Email Address: </w:t>
            </w:r>
            <w:r>
              <w:t>_______________________________</w:t>
            </w:r>
          </w:p>
        </w:tc>
        <w:tc>
          <w:tcPr>
            <w:tcW w:w="5184" w:type="dxa"/>
            <w:vAlign w:val="center"/>
          </w:tcPr>
          <w:p w14:paraId="50D69DBE" w14:textId="77777777" w:rsidR="00AF4FBE" w:rsidRDefault="00000000">
            <w:r>
              <w:rPr>
                <w:b/>
              </w:rPr>
              <w:t xml:space="preserve">Preferred Contact: </w:t>
            </w:r>
            <w:r>
              <w:t>_______________</w:t>
            </w:r>
          </w:p>
        </w:tc>
      </w:tr>
    </w:tbl>
    <w:p w14:paraId="2A706BD2" w14:textId="77777777" w:rsidR="00AF4FBE" w:rsidRDefault="00AF4FBE">
      <w:pPr>
        <w:spacing w:after="0"/>
      </w:pPr>
    </w:p>
    <w:p w14:paraId="35E50E36" w14:textId="77777777" w:rsidR="00AF4FBE" w:rsidRDefault="00000000">
      <w:pPr>
        <w:spacing w:after="80"/>
      </w:pPr>
      <w:r>
        <w:rPr>
          <w:b/>
        </w:rPr>
        <w:t xml:space="preserve">Emergency Contact &amp; Phone: </w:t>
      </w:r>
      <w:r>
        <w:t>______________________________________________________________</w:t>
      </w:r>
    </w:p>
    <w:p w14:paraId="2F5F0CED" w14:textId="77777777" w:rsidR="00AF4FBE" w:rsidRDefault="00000000">
      <w:pPr>
        <w:pStyle w:val="Heading1"/>
        <w:spacing w:before="140" w:after="80"/>
      </w:pPr>
      <w:r>
        <w:t>2. POSITION &amp; AVAILABILITY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130DA7D7" w14:textId="77777777">
        <w:trPr>
          <w:jc w:val="center"/>
        </w:trPr>
        <w:tc>
          <w:tcPr>
            <w:tcW w:w="5184" w:type="dxa"/>
            <w:vAlign w:val="center"/>
          </w:tcPr>
          <w:p w14:paraId="6C7FBBBC" w14:textId="77777777" w:rsidR="00AF4FBE" w:rsidRDefault="00000000">
            <w:r>
              <w:rPr>
                <w:b/>
              </w:rPr>
              <w:t xml:space="preserve">Position Applying For: </w:t>
            </w:r>
            <w:r>
              <w:t>____________________________</w:t>
            </w:r>
          </w:p>
        </w:tc>
        <w:tc>
          <w:tcPr>
            <w:tcW w:w="5184" w:type="dxa"/>
            <w:vAlign w:val="center"/>
          </w:tcPr>
          <w:p w14:paraId="7B51FAC1" w14:textId="77777777" w:rsidR="00AF4FBE" w:rsidRDefault="00000000">
            <w:r>
              <w:rPr>
                <w:b/>
              </w:rPr>
              <w:t xml:space="preserve">Desired Start Date: </w:t>
            </w:r>
            <w:r>
              <w:t>__________________</w:t>
            </w:r>
          </w:p>
        </w:tc>
      </w:tr>
    </w:tbl>
    <w:p w14:paraId="0DECA1F9" w14:textId="77777777" w:rsidR="00AF4FBE" w:rsidRDefault="00AF4FBE">
      <w:pPr>
        <w:spacing w:after="0"/>
      </w:pPr>
    </w:p>
    <w:p w14:paraId="4A0E9025" w14:textId="77777777" w:rsidR="00AF4FBE" w:rsidRDefault="00000000">
      <w:r>
        <w:rPr>
          <w:b/>
        </w:rPr>
        <w:t xml:space="preserve">Employment Type (check one): </w:t>
      </w:r>
      <w:r>
        <w:t>☐ Full-Time   ☐ Part-Time   ☐ Substitute   ☐ Floater   ☐ Other: __________</w:t>
      </w:r>
    </w:p>
    <w:p w14:paraId="2BBCA83F" w14:textId="77777777" w:rsidR="00AF4FBE" w:rsidRDefault="00000000">
      <w:r>
        <w:rPr>
          <w:b/>
        </w:rPr>
        <w:t xml:space="preserve">Position/age group preference: </w:t>
      </w:r>
      <w:r>
        <w:t>☐ Infants   ☐ Toddlers   ☐ 2-Year-Olds   ☐ 3-Year-Olds   ☐ VPK   ☐ School-Age   ☐ Administration   ☐ Other</w:t>
      </w:r>
    </w:p>
    <w:p w14:paraId="7F8F3354" w14:textId="77777777" w:rsidR="00AF4FBE" w:rsidRDefault="00000000">
      <w:r>
        <w:rPr>
          <w:b/>
        </w:rPr>
        <w:t xml:space="preserve">Days Available: </w:t>
      </w:r>
      <w:r>
        <w:t>☐ Mon   ☐ Tue   ☐ Wed   ☐ Thu   ☐ Fri   ☐ Flexible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4E04C425" w14:textId="77777777">
        <w:trPr>
          <w:jc w:val="center"/>
        </w:trPr>
        <w:tc>
          <w:tcPr>
            <w:tcW w:w="5184" w:type="dxa"/>
            <w:vAlign w:val="center"/>
          </w:tcPr>
          <w:p w14:paraId="33B1116E" w14:textId="77777777" w:rsidR="00AF4FBE" w:rsidRDefault="00000000">
            <w:r>
              <w:rPr>
                <w:b/>
              </w:rPr>
              <w:t xml:space="preserve">Earliest Start Time: </w:t>
            </w:r>
            <w:r>
              <w:t>___________________</w:t>
            </w:r>
          </w:p>
        </w:tc>
        <w:tc>
          <w:tcPr>
            <w:tcW w:w="5184" w:type="dxa"/>
            <w:vAlign w:val="center"/>
          </w:tcPr>
          <w:p w14:paraId="2AF682CD" w14:textId="77777777" w:rsidR="00AF4FBE" w:rsidRDefault="00000000">
            <w:r>
              <w:rPr>
                <w:b/>
              </w:rPr>
              <w:t xml:space="preserve">Latest End Time: </w:t>
            </w:r>
            <w:r>
              <w:t>____________________</w:t>
            </w:r>
          </w:p>
        </w:tc>
      </w:tr>
    </w:tbl>
    <w:p w14:paraId="27E598D5" w14:textId="77777777" w:rsidR="00AF4FBE" w:rsidRDefault="00AF4FBE">
      <w:pPr>
        <w:spacing w:after="0"/>
      </w:pPr>
    </w:p>
    <w:p w14:paraId="2E24F19B" w14:textId="77777777" w:rsidR="00AF4FBE" w:rsidRDefault="00000000">
      <w:pPr>
        <w:spacing w:after="80"/>
      </w:pPr>
      <w:r>
        <w:rPr>
          <w:b/>
        </w:rPr>
        <w:t xml:space="preserve">Other Availability / Scheduling Notes: </w:t>
      </w:r>
      <w:r>
        <w:t>______________________________________________________________</w:t>
      </w:r>
    </w:p>
    <w:p w14:paraId="5A55930F" w14:textId="77777777" w:rsidR="00AF4FBE" w:rsidRDefault="00000000">
      <w:pPr>
        <w:pStyle w:val="Heading1"/>
        <w:spacing w:before="140" w:after="80"/>
      </w:pPr>
      <w:r>
        <w:t>3. EDUCATION, CREDENTIALS &amp; TRAINING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2E062B39" w14:textId="77777777">
        <w:trPr>
          <w:jc w:val="center"/>
        </w:trPr>
        <w:tc>
          <w:tcPr>
            <w:tcW w:w="5184" w:type="dxa"/>
            <w:vAlign w:val="center"/>
          </w:tcPr>
          <w:p w14:paraId="1FF798CB" w14:textId="77777777" w:rsidR="00AF4FBE" w:rsidRDefault="00000000">
            <w:r>
              <w:rPr>
                <w:b/>
              </w:rPr>
              <w:t xml:space="preserve">Highest Level Completed: </w:t>
            </w:r>
            <w:r>
              <w:t>_________________________</w:t>
            </w:r>
          </w:p>
        </w:tc>
        <w:tc>
          <w:tcPr>
            <w:tcW w:w="5184" w:type="dxa"/>
            <w:vAlign w:val="center"/>
          </w:tcPr>
          <w:p w14:paraId="78AD5E43" w14:textId="77777777" w:rsidR="00AF4FBE" w:rsidRDefault="00000000">
            <w:r>
              <w:rPr>
                <w:b/>
              </w:rPr>
              <w:t xml:space="preserve">Year Completed: </w:t>
            </w:r>
            <w:r>
              <w:t>__________________</w:t>
            </w:r>
          </w:p>
        </w:tc>
      </w:tr>
    </w:tbl>
    <w:p w14:paraId="3DB4FF5A" w14:textId="77777777" w:rsidR="00AF4FBE" w:rsidRDefault="00AF4FBE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392E21FB" w14:textId="77777777">
        <w:trPr>
          <w:jc w:val="center"/>
        </w:trPr>
        <w:tc>
          <w:tcPr>
            <w:tcW w:w="5184" w:type="dxa"/>
            <w:vAlign w:val="center"/>
          </w:tcPr>
          <w:p w14:paraId="63B4EAC6" w14:textId="77777777" w:rsidR="00AF4FBE" w:rsidRDefault="00000000">
            <w:r>
              <w:rPr>
                <w:b/>
              </w:rPr>
              <w:t xml:space="preserve">School/College: </w:t>
            </w:r>
            <w:r>
              <w:t>_______________________________</w:t>
            </w:r>
          </w:p>
        </w:tc>
        <w:tc>
          <w:tcPr>
            <w:tcW w:w="5184" w:type="dxa"/>
            <w:vAlign w:val="center"/>
          </w:tcPr>
          <w:p w14:paraId="2E9F87EC" w14:textId="77777777" w:rsidR="00AF4FBE" w:rsidRDefault="00000000">
            <w:r>
              <w:rPr>
                <w:b/>
              </w:rPr>
              <w:t xml:space="preserve">Degree/Program: </w:t>
            </w:r>
            <w:r>
              <w:t>____________________________</w:t>
            </w:r>
          </w:p>
        </w:tc>
      </w:tr>
    </w:tbl>
    <w:p w14:paraId="39DA6B55" w14:textId="77777777" w:rsidR="00AF4FBE" w:rsidRDefault="00AF4FBE">
      <w:pPr>
        <w:spacing w:after="0"/>
      </w:pPr>
    </w:p>
    <w:p w14:paraId="0B546ADB" w14:textId="77777777" w:rsidR="00AF4FBE" w:rsidRDefault="00000000">
      <w:r>
        <w:rPr>
          <w:b/>
        </w:rPr>
        <w:t xml:space="preserve">Credentials/Certifications (check all that apply): </w:t>
      </w:r>
      <w:r>
        <w:t>☐ CDA   ☐ FCCPC   ☐ DCF 40-Hour   ☐ VPK Credential   ☐ Director Credential   ☐ CPR/First Aid   ☐ Other</w:t>
      </w:r>
    </w:p>
    <w:p w14:paraId="40941845" w14:textId="77777777" w:rsidR="00AF4FBE" w:rsidRDefault="00000000">
      <w:pPr>
        <w:spacing w:after="80"/>
      </w:pPr>
      <w:r>
        <w:rPr>
          <w:b/>
        </w:rPr>
        <w:t xml:space="preserve">Certification/License Details &amp; Expiration Dates: </w:t>
      </w:r>
      <w:r>
        <w:t>_______________________________________________________</w:t>
      </w:r>
    </w:p>
    <w:p w14:paraId="0C73D833" w14:textId="77777777" w:rsidR="00AF4FBE" w:rsidRDefault="00000000">
      <w:pPr>
        <w:spacing w:after="80"/>
      </w:pPr>
      <w:r>
        <w:rPr>
          <w:b/>
        </w:rPr>
        <w:t xml:space="preserve">Additional Education, Training, Workshops, or Professional Development: </w:t>
      </w:r>
      <w:r>
        <w:t>________________________________________________</w:t>
      </w:r>
    </w:p>
    <w:p w14:paraId="5339DACB" w14:textId="77777777" w:rsidR="00AF4FBE" w:rsidRDefault="00000000">
      <w:pPr>
        <w:pStyle w:val="Heading1"/>
        <w:spacing w:before="140" w:after="80"/>
      </w:pPr>
      <w:r>
        <w:t>4. EARLY CHILDHOOD &amp; CHILDCARE EXPERIENCE</w:t>
      </w:r>
    </w:p>
    <w:p w14:paraId="6D8B7569" w14:textId="77777777" w:rsidR="00AF4FBE" w:rsidRDefault="00000000">
      <w:pPr>
        <w:spacing w:after="80"/>
      </w:pPr>
      <w:r>
        <w:t>List your experience working with children, including schools, preschools, daycares, churches, camps, babysitting, volunteer service, or other relevant settings.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5"/>
        <w:gridCol w:w="2071"/>
        <w:gridCol w:w="2072"/>
        <w:gridCol w:w="2070"/>
        <w:gridCol w:w="2070"/>
      </w:tblGrid>
      <w:tr w:rsidR="00AF4FBE" w14:paraId="6DD0A8C8" w14:textId="77777777">
        <w:trPr>
          <w:jc w:val="center"/>
        </w:trPr>
        <w:tc>
          <w:tcPr>
            <w:tcW w:w="2074" w:type="dxa"/>
            <w:shd w:val="clear" w:color="auto" w:fill="D9E2F3"/>
          </w:tcPr>
          <w:p w14:paraId="1A242AEB" w14:textId="77777777" w:rsidR="00AF4FBE" w:rsidRDefault="00000000">
            <w:r>
              <w:t>Organization/Program</w:t>
            </w:r>
          </w:p>
        </w:tc>
        <w:tc>
          <w:tcPr>
            <w:tcW w:w="2074" w:type="dxa"/>
            <w:shd w:val="clear" w:color="auto" w:fill="D9E2F3"/>
          </w:tcPr>
          <w:p w14:paraId="788F30E4" w14:textId="77777777" w:rsidR="00AF4FBE" w:rsidRDefault="00000000">
            <w:r>
              <w:t>Age Group(s)</w:t>
            </w:r>
          </w:p>
        </w:tc>
        <w:tc>
          <w:tcPr>
            <w:tcW w:w="2074" w:type="dxa"/>
            <w:shd w:val="clear" w:color="auto" w:fill="D9E2F3"/>
          </w:tcPr>
          <w:p w14:paraId="28538B86" w14:textId="77777777" w:rsidR="00AF4FBE" w:rsidRDefault="00000000">
            <w:r>
              <w:t>Position/Role</w:t>
            </w:r>
          </w:p>
        </w:tc>
        <w:tc>
          <w:tcPr>
            <w:tcW w:w="2074" w:type="dxa"/>
            <w:shd w:val="clear" w:color="auto" w:fill="D9E2F3"/>
          </w:tcPr>
          <w:p w14:paraId="281C4E5A" w14:textId="77777777" w:rsidR="00AF4FBE" w:rsidRDefault="00000000">
            <w:r>
              <w:t>Dates</w:t>
            </w:r>
          </w:p>
        </w:tc>
        <w:tc>
          <w:tcPr>
            <w:tcW w:w="2074" w:type="dxa"/>
            <w:shd w:val="clear" w:color="auto" w:fill="D9E2F3"/>
          </w:tcPr>
          <w:p w14:paraId="60F68EC9" w14:textId="77777777" w:rsidR="00AF4FBE" w:rsidRDefault="00000000">
            <w:r>
              <w:t>Reason for Leaving</w:t>
            </w:r>
          </w:p>
        </w:tc>
      </w:tr>
      <w:tr w:rsidR="00AF4FBE" w14:paraId="2D310B23" w14:textId="77777777">
        <w:trPr>
          <w:jc w:val="center"/>
        </w:trPr>
        <w:tc>
          <w:tcPr>
            <w:tcW w:w="2074" w:type="dxa"/>
          </w:tcPr>
          <w:p w14:paraId="78E7F2D8" w14:textId="77777777" w:rsidR="00AF4FBE" w:rsidRDefault="00AF4FBE"/>
        </w:tc>
        <w:tc>
          <w:tcPr>
            <w:tcW w:w="2074" w:type="dxa"/>
          </w:tcPr>
          <w:p w14:paraId="755C41C6" w14:textId="77777777" w:rsidR="00AF4FBE" w:rsidRDefault="00AF4FBE"/>
        </w:tc>
        <w:tc>
          <w:tcPr>
            <w:tcW w:w="2074" w:type="dxa"/>
          </w:tcPr>
          <w:p w14:paraId="6F544C20" w14:textId="77777777" w:rsidR="00AF4FBE" w:rsidRDefault="00AF4FBE"/>
        </w:tc>
        <w:tc>
          <w:tcPr>
            <w:tcW w:w="2074" w:type="dxa"/>
          </w:tcPr>
          <w:p w14:paraId="0FF969EE" w14:textId="77777777" w:rsidR="00AF4FBE" w:rsidRDefault="00AF4FBE"/>
        </w:tc>
        <w:tc>
          <w:tcPr>
            <w:tcW w:w="2074" w:type="dxa"/>
          </w:tcPr>
          <w:p w14:paraId="6E617E24" w14:textId="77777777" w:rsidR="00AF4FBE" w:rsidRDefault="00AF4FBE"/>
        </w:tc>
      </w:tr>
      <w:tr w:rsidR="00AF4FBE" w14:paraId="343945D4" w14:textId="77777777">
        <w:trPr>
          <w:jc w:val="center"/>
        </w:trPr>
        <w:tc>
          <w:tcPr>
            <w:tcW w:w="2074" w:type="dxa"/>
          </w:tcPr>
          <w:p w14:paraId="4D851275" w14:textId="77777777" w:rsidR="00AF4FBE" w:rsidRDefault="00AF4FBE"/>
        </w:tc>
        <w:tc>
          <w:tcPr>
            <w:tcW w:w="2074" w:type="dxa"/>
          </w:tcPr>
          <w:p w14:paraId="0521FD0E" w14:textId="77777777" w:rsidR="00AF4FBE" w:rsidRDefault="00AF4FBE"/>
        </w:tc>
        <w:tc>
          <w:tcPr>
            <w:tcW w:w="2074" w:type="dxa"/>
          </w:tcPr>
          <w:p w14:paraId="03F5C0CE" w14:textId="77777777" w:rsidR="00AF4FBE" w:rsidRDefault="00AF4FBE"/>
        </w:tc>
        <w:tc>
          <w:tcPr>
            <w:tcW w:w="2074" w:type="dxa"/>
          </w:tcPr>
          <w:p w14:paraId="05F25397" w14:textId="77777777" w:rsidR="00AF4FBE" w:rsidRDefault="00AF4FBE"/>
        </w:tc>
        <w:tc>
          <w:tcPr>
            <w:tcW w:w="2074" w:type="dxa"/>
          </w:tcPr>
          <w:p w14:paraId="3C7D7689" w14:textId="77777777" w:rsidR="00AF4FBE" w:rsidRDefault="00AF4FBE"/>
        </w:tc>
      </w:tr>
      <w:tr w:rsidR="00AF4FBE" w14:paraId="0CDF4B4E" w14:textId="77777777">
        <w:trPr>
          <w:jc w:val="center"/>
        </w:trPr>
        <w:tc>
          <w:tcPr>
            <w:tcW w:w="2074" w:type="dxa"/>
          </w:tcPr>
          <w:p w14:paraId="1438AA9D" w14:textId="77777777" w:rsidR="00AF4FBE" w:rsidRDefault="00AF4FBE"/>
        </w:tc>
        <w:tc>
          <w:tcPr>
            <w:tcW w:w="2074" w:type="dxa"/>
          </w:tcPr>
          <w:p w14:paraId="5CF5FF48" w14:textId="77777777" w:rsidR="00AF4FBE" w:rsidRDefault="00AF4FBE"/>
        </w:tc>
        <w:tc>
          <w:tcPr>
            <w:tcW w:w="2074" w:type="dxa"/>
          </w:tcPr>
          <w:p w14:paraId="644F5A7A" w14:textId="77777777" w:rsidR="00AF4FBE" w:rsidRDefault="00AF4FBE"/>
        </w:tc>
        <w:tc>
          <w:tcPr>
            <w:tcW w:w="2074" w:type="dxa"/>
          </w:tcPr>
          <w:p w14:paraId="534ED4AF" w14:textId="77777777" w:rsidR="00AF4FBE" w:rsidRDefault="00AF4FBE"/>
        </w:tc>
        <w:tc>
          <w:tcPr>
            <w:tcW w:w="2074" w:type="dxa"/>
          </w:tcPr>
          <w:p w14:paraId="124219AA" w14:textId="77777777" w:rsidR="00AF4FBE" w:rsidRDefault="00AF4FBE"/>
        </w:tc>
      </w:tr>
    </w:tbl>
    <w:p w14:paraId="6D5899D1" w14:textId="77777777" w:rsidR="00AF4FBE" w:rsidRDefault="00000000">
      <w:pPr>
        <w:spacing w:after="80"/>
      </w:pPr>
      <w:r>
        <w:rPr>
          <w:b/>
        </w:rPr>
        <w:t xml:space="preserve">Total Years of Experience Working With Children: </w:t>
      </w:r>
      <w:r>
        <w:t>__________________________________________</w:t>
      </w:r>
    </w:p>
    <w:p w14:paraId="7B11E6C0" w14:textId="77777777" w:rsidR="00AF4FBE" w:rsidRDefault="00000000">
      <w:r>
        <w:rPr>
          <w:b/>
        </w:rPr>
        <w:t xml:space="preserve">Have you worked in a licensed childcare/preschool setting? </w:t>
      </w:r>
      <w:r>
        <w:t>☐ Yes   ☐ No    If yes, where? ______________________________________________</w:t>
      </w:r>
    </w:p>
    <w:p w14:paraId="78CE4F74" w14:textId="77777777" w:rsidR="00AF4FBE" w:rsidRDefault="00000000">
      <w:pPr>
        <w:pStyle w:val="Heading1"/>
        <w:spacing w:before="140" w:after="80"/>
      </w:pPr>
      <w:r>
        <w:t>5. PREVIOUS EMPLOYMENT</w:t>
      </w:r>
    </w:p>
    <w:p w14:paraId="1DCB1126" w14:textId="77777777" w:rsidR="00AF4FBE" w:rsidRDefault="00000000">
      <w:r>
        <w:t>Please list your three most recent employers, beginning with your current or most recent position.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2"/>
        <w:gridCol w:w="2071"/>
        <w:gridCol w:w="2071"/>
        <w:gridCol w:w="2073"/>
        <w:gridCol w:w="2071"/>
      </w:tblGrid>
      <w:tr w:rsidR="00AF4FBE" w14:paraId="2893E390" w14:textId="77777777">
        <w:trPr>
          <w:jc w:val="center"/>
        </w:trPr>
        <w:tc>
          <w:tcPr>
            <w:tcW w:w="2074" w:type="dxa"/>
            <w:shd w:val="clear" w:color="auto" w:fill="D9E2F3"/>
          </w:tcPr>
          <w:p w14:paraId="125DA9F6" w14:textId="77777777" w:rsidR="00AF4FBE" w:rsidRDefault="00000000">
            <w:r>
              <w:t>Employer</w:t>
            </w:r>
          </w:p>
        </w:tc>
        <w:tc>
          <w:tcPr>
            <w:tcW w:w="2074" w:type="dxa"/>
            <w:shd w:val="clear" w:color="auto" w:fill="D9E2F3"/>
          </w:tcPr>
          <w:p w14:paraId="2E4DFCF6" w14:textId="77777777" w:rsidR="00AF4FBE" w:rsidRDefault="00000000">
            <w:r>
              <w:t>Position</w:t>
            </w:r>
          </w:p>
        </w:tc>
        <w:tc>
          <w:tcPr>
            <w:tcW w:w="2074" w:type="dxa"/>
            <w:shd w:val="clear" w:color="auto" w:fill="D9E2F3"/>
          </w:tcPr>
          <w:p w14:paraId="00EE44DC" w14:textId="77777777" w:rsidR="00AF4FBE" w:rsidRDefault="00000000">
            <w:r>
              <w:t>Dates</w:t>
            </w:r>
          </w:p>
        </w:tc>
        <w:tc>
          <w:tcPr>
            <w:tcW w:w="2074" w:type="dxa"/>
            <w:shd w:val="clear" w:color="auto" w:fill="D9E2F3"/>
          </w:tcPr>
          <w:p w14:paraId="4FD45714" w14:textId="77777777" w:rsidR="00AF4FBE" w:rsidRDefault="00000000">
            <w:r>
              <w:t>Supervisor/Phone</w:t>
            </w:r>
          </w:p>
        </w:tc>
        <w:tc>
          <w:tcPr>
            <w:tcW w:w="2074" w:type="dxa"/>
            <w:shd w:val="clear" w:color="auto" w:fill="D9E2F3"/>
          </w:tcPr>
          <w:p w14:paraId="201D8C16" w14:textId="77777777" w:rsidR="00AF4FBE" w:rsidRDefault="00000000">
            <w:r>
              <w:t>Reason for Leaving</w:t>
            </w:r>
          </w:p>
        </w:tc>
      </w:tr>
      <w:tr w:rsidR="00AF4FBE" w14:paraId="56AE07CB" w14:textId="77777777">
        <w:trPr>
          <w:jc w:val="center"/>
        </w:trPr>
        <w:tc>
          <w:tcPr>
            <w:tcW w:w="2074" w:type="dxa"/>
          </w:tcPr>
          <w:p w14:paraId="4C8DCE4C" w14:textId="77777777" w:rsidR="00AF4FBE" w:rsidRDefault="00AF4FBE"/>
        </w:tc>
        <w:tc>
          <w:tcPr>
            <w:tcW w:w="2074" w:type="dxa"/>
          </w:tcPr>
          <w:p w14:paraId="77302248" w14:textId="77777777" w:rsidR="00AF4FBE" w:rsidRDefault="00AF4FBE"/>
        </w:tc>
        <w:tc>
          <w:tcPr>
            <w:tcW w:w="2074" w:type="dxa"/>
          </w:tcPr>
          <w:p w14:paraId="0CA01AD9" w14:textId="77777777" w:rsidR="00AF4FBE" w:rsidRDefault="00AF4FBE"/>
        </w:tc>
        <w:tc>
          <w:tcPr>
            <w:tcW w:w="2074" w:type="dxa"/>
          </w:tcPr>
          <w:p w14:paraId="75329F84" w14:textId="77777777" w:rsidR="00AF4FBE" w:rsidRDefault="00AF4FBE"/>
        </w:tc>
        <w:tc>
          <w:tcPr>
            <w:tcW w:w="2074" w:type="dxa"/>
          </w:tcPr>
          <w:p w14:paraId="321E7CFF" w14:textId="77777777" w:rsidR="00AF4FBE" w:rsidRDefault="00AF4FBE"/>
        </w:tc>
      </w:tr>
      <w:tr w:rsidR="00AF4FBE" w14:paraId="6E4615BB" w14:textId="77777777">
        <w:trPr>
          <w:jc w:val="center"/>
        </w:trPr>
        <w:tc>
          <w:tcPr>
            <w:tcW w:w="2074" w:type="dxa"/>
          </w:tcPr>
          <w:p w14:paraId="6D6DE9AF" w14:textId="77777777" w:rsidR="00AF4FBE" w:rsidRDefault="00AF4FBE"/>
        </w:tc>
        <w:tc>
          <w:tcPr>
            <w:tcW w:w="2074" w:type="dxa"/>
          </w:tcPr>
          <w:p w14:paraId="2CAAD0D7" w14:textId="77777777" w:rsidR="00AF4FBE" w:rsidRDefault="00AF4FBE"/>
        </w:tc>
        <w:tc>
          <w:tcPr>
            <w:tcW w:w="2074" w:type="dxa"/>
          </w:tcPr>
          <w:p w14:paraId="301AA218" w14:textId="77777777" w:rsidR="00AF4FBE" w:rsidRDefault="00AF4FBE"/>
        </w:tc>
        <w:tc>
          <w:tcPr>
            <w:tcW w:w="2074" w:type="dxa"/>
          </w:tcPr>
          <w:p w14:paraId="08C95255" w14:textId="77777777" w:rsidR="00AF4FBE" w:rsidRDefault="00AF4FBE"/>
        </w:tc>
        <w:tc>
          <w:tcPr>
            <w:tcW w:w="2074" w:type="dxa"/>
          </w:tcPr>
          <w:p w14:paraId="2E6831AA" w14:textId="77777777" w:rsidR="00AF4FBE" w:rsidRDefault="00AF4FBE"/>
        </w:tc>
      </w:tr>
      <w:tr w:rsidR="00AF4FBE" w14:paraId="16886809" w14:textId="77777777">
        <w:trPr>
          <w:jc w:val="center"/>
        </w:trPr>
        <w:tc>
          <w:tcPr>
            <w:tcW w:w="2074" w:type="dxa"/>
          </w:tcPr>
          <w:p w14:paraId="11BC9202" w14:textId="77777777" w:rsidR="00AF4FBE" w:rsidRDefault="00AF4FBE"/>
        </w:tc>
        <w:tc>
          <w:tcPr>
            <w:tcW w:w="2074" w:type="dxa"/>
          </w:tcPr>
          <w:p w14:paraId="0A3A1FEF" w14:textId="77777777" w:rsidR="00AF4FBE" w:rsidRDefault="00AF4FBE"/>
        </w:tc>
        <w:tc>
          <w:tcPr>
            <w:tcW w:w="2074" w:type="dxa"/>
          </w:tcPr>
          <w:p w14:paraId="72E7D90E" w14:textId="77777777" w:rsidR="00AF4FBE" w:rsidRDefault="00AF4FBE"/>
        </w:tc>
        <w:tc>
          <w:tcPr>
            <w:tcW w:w="2074" w:type="dxa"/>
          </w:tcPr>
          <w:p w14:paraId="437EE7FF" w14:textId="77777777" w:rsidR="00AF4FBE" w:rsidRDefault="00AF4FBE"/>
        </w:tc>
        <w:tc>
          <w:tcPr>
            <w:tcW w:w="2074" w:type="dxa"/>
          </w:tcPr>
          <w:p w14:paraId="7696E97D" w14:textId="77777777" w:rsidR="00AF4FBE" w:rsidRDefault="00AF4FBE"/>
        </w:tc>
      </w:tr>
    </w:tbl>
    <w:p w14:paraId="0A0BCC0F" w14:textId="77777777" w:rsidR="00AF4FBE" w:rsidRDefault="00000000">
      <w:pPr>
        <w:pStyle w:val="Heading1"/>
        <w:spacing w:before="140" w:after="80"/>
      </w:pPr>
      <w:r>
        <w:t>6. SKILLS &amp; QUALIFICATIONS</w:t>
      </w:r>
    </w:p>
    <w:p w14:paraId="01A00411" w14:textId="77777777" w:rsidR="00AF4FBE" w:rsidRDefault="00000000">
      <w:r>
        <w:t>Check the areas in which you have experience or confidence:☐ Classroom management   ☐ Lesson planning   ☐ Circle time   ☐ Early literacy   ☐ Early math   ☐ Art/creative activities</w:t>
      </w:r>
      <w:r>
        <w:br/>
        <w:t>☐ Music/worship   ☐ Behavior guidance   ☐ Parent communication   ☐ Documentation   ☐ Technology   ☐ Team leadership</w:t>
      </w:r>
      <w:r>
        <w:br/>
        <w:t>☐ Infant care   ☐ Toddler care   ☐ VPK   ☐ School-age care   ☐ Special needs support   ☐ Other: __________________</w:t>
      </w:r>
    </w:p>
    <w:p w14:paraId="72C89E85" w14:textId="77777777" w:rsidR="00AF4FBE" w:rsidRDefault="00000000">
      <w:pPr>
        <w:spacing w:after="80"/>
      </w:pPr>
      <w:r>
        <w:rPr>
          <w:b/>
        </w:rPr>
        <w:t xml:space="preserve">What strengths would you bring to our preschool team? </w:t>
      </w:r>
      <w:r>
        <w:t>____________________________________________________________</w:t>
      </w:r>
    </w:p>
    <w:p w14:paraId="157643D0" w14:textId="77777777" w:rsidR="00AF4FBE" w:rsidRDefault="00000000">
      <w:pPr>
        <w:spacing w:after="80"/>
      </w:pPr>
      <w:r>
        <w:rPr>
          <w:b/>
        </w:rPr>
        <w:t xml:space="preserve">What age group do you feel most comfortable working with, and why? </w:t>
      </w:r>
      <w:r>
        <w:t>____________________________________________________</w:t>
      </w:r>
    </w:p>
    <w:p w14:paraId="75144C5D" w14:textId="77777777" w:rsidR="00AF4FBE" w:rsidRDefault="00000000">
      <w:pPr>
        <w:pStyle w:val="Heading1"/>
        <w:spacing w:before="140" w:after="80"/>
      </w:pPr>
      <w:r>
        <w:t>7. CHRISTIAN FAITH &amp; MINISTRY</w:t>
      </w:r>
    </w:p>
    <w:p w14:paraId="26C288C4" w14:textId="77777777" w:rsidR="00AF4FBE" w:rsidRDefault="00000000">
      <w:r>
        <w:t>Tops Christian Academy seeks employees who support our Christ-centered mission and who are willing to model kindness, integrity, respect, compassion, and Christian values in their interactions with children, families, and coworkers.</w:t>
      </w:r>
    </w:p>
    <w:p w14:paraId="1005A025" w14:textId="77777777" w:rsidR="00AF4FBE" w:rsidRDefault="00000000">
      <w:pPr>
        <w:spacing w:after="80"/>
      </w:pPr>
      <w:r>
        <w:rPr>
          <w:b/>
        </w:rPr>
        <w:t xml:space="preserve">Please briefly describe your Christian faith and relationship with Jesus Christ: </w:t>
      </w:r>
      <w:r>
        <w:t>___________________________________________</w:t>
      </w:r>
    </w:p>
    <w:p w14:paraId="42DD7638" w14:textId="77777777" w:rsidR="00AF4FBE" w:rsidRDefault="00000000">
      <w:pPr>
        <w:spacing w:after="80"/>
      </w:pPr>
      <w:r>
        <w:rPr>
          <w:b/>
        </w:rPr>
        <w:t xml:space="preserve">How would you incorporate Christian values and biblical principles into your classroom? </w:t>
      </w:r>
      <w:r>
        <w:t>_________________________________________________</w:t>
      </w:r>
    </w:p>
    <w:p w14:paraId="450D26D3" w14:textId="77777777" w:rsidR="00AF4FBE" w:rsidRDefault="00000000">
      <w:pPr>
        <w:spacing w:after="80"/>
      </w:pPr>
      <w:r>
        <w:rPr>
          <w:b/>
        </w:rPr>
        <w:t xml:space="preserve">Describe any church, ministry, Sunday school, children's ministry, worship, or volunteer experience: </w:t>
      </w:r>
      <w:r>
        <w:t>____________________________________________</w:t>
      </w:r>
    </w:p>
    <w:p w14:paraId="24973662" w14:textId="77777777" w:rsidR="00AF4FBE" w:rsidRDefault="00000000">
      <w:r>
        <w:rPr>
          <w:b/>
        </w:rPr>
        <w:t xml:space="preserve">Are you comfortable praying with children and participating in Bible-based activities? </w:t>
      </w:r>
      <w:r>
        <w:t>☐ Yes   ☐ No   ☐ With limitations/explanation: ______________________________</w:t>
      </w:r>
    </w:p>
    <w:p w14:paraId="580E1D40" w14:textId="77777777" w:rsidR="00AF4FBE" w:rsidRDefault="00000000">
      <w:pPr>
        <w:spacing w:after="80"/>
      </w:pPr>
      <w:r>
        <w:rPr>
          <w:b/>
        </w:rPr>
        <w:t xml:space="preserve">Church/Ministry Affiliation (optional): </w:t>
      </w:r>
      <w:r>
        <w:t>_________________________________________________</w:t>
      </w:r>
    </w:p>
    <w:p w14:paraId="3084FD50" w14:textId="77777777" w:rsidR="00AF4FBE" w:rsidRDefault="00000000">
      <w:pPr>
        <w:pStyle w:val="Heading1"/>
        <w:spacing w:before="140" w:after="80"/>
      </w:pPr>
      <w:r>
        <w:t>8. CHILD SAFETY &amp; PROFESSIONAL CONDUCT</w:t>
      </w:r>
    </w:p>
    <w:p w14:paraId="78F6B077" w14:textId="77777777" w:rsidR="00AF4FBE" w:rsidRDefault="00000000">
      <w:r>
        <w:t>Because employees work directly with children, safety and professional judgment are essential. Please answer honestly.</w:t>
      </w:r>
    </w:p>
    <w:p w14:paraId="2ADCAD3C" w14:textId="77777777" w:rsidR="00AF4FBE" w:rsidRDefault="00000000">
      <w:r>
        <w:t>Are you currently certified in Pediatric CPR/First Aid?  ☐ Yes  ☐ No  ☐ Expired</w:t>
      </w:r>
    </w:p>
    <w:p w14:paraId="6EEE8EC4" w14:textId="77777777" w:rsidR="00AF4FBE" w:rsidRDefault="00000000">
      <w:r>
        <w:t>Have you completed Florida childcare-required training?  ☐ Yes  ☐ No  ☐ In progress</w:t>
      </w:r>
    </w:p>
    <w:p w14:paraId="50E7E957" w14:textId="77777777" w:rsidR="00AF4FBE" w:rsidRDefault="00000000">
      <w:r>
        <w:t>Have you ever been the subject of a child abuse/neglect investigation or finding?  ☐ Yes  ☐ No</w:t>
      </w:r>
    </w:p>
    <w:p w14:paraId="6BEF9D6C" w14:textId="77777777" w:rsidR="00AF4FBE" w:rsidRDefault="00000000">
      <w:r>
        <w:t>Have you ever been dismissed from a childcare position for misconduct, policy violations, or concerns involving children?  ☐ Yes  ☐ No</w:t>
      </w:r>
    </w:p>
    <w:p w14:paraId="62772ADF" w14:textId="77777777" w:rsidR="00AF4FBE" w:rsidRDefault="00000000">
      <w:r>
        <w:t>Are you willing to comply with all Florida childcare licensing requirements, Academy policies, and safety procedures?  ☐ Yes  ☐ No</w:t>
      </w:r>
    </w:p>
    <w:p w14:paraId="10B4A9EC" w14:textId="77777777" w:rsidR="00AF4FBE" w:rsidRDefault="00000000">
      <w:pPr>
        <w:spacing w:after="80"/>
      </w:pPr>
      <w:r>
        <w:rPr>
          <w:b/>
        </w:rPr>
        <w:t xml:space="preserve">If you answered Yes to any question above, please explain: </w:t>
      </w:r>
      <w:r>
        <w:t>__________________________________________________________</w:t>
      </w:r>
    </w:p>
    <w:p w14:paraId="7DE76E57" w14:textId="77777777" w:rsidR="00AF4FBE" w:rsidRDefault="00000000">
      <w:pPr>
        <w:pStyle w:val="Heading1"/>
        <w:spacing w:before="140" w:after="80"/>
      </w:pPr>
      <w:r>
        <w:lastRenderedPageBreak/>
        <w:t>9. REFERENCES</w:t>
      </w:r>
    </w:p>
    <w:p w14:paraId="3280F4DF" w14:textId="77777777" w:rsidR="00AF4FBE" w:rsidRDefault="00000000">
      <w:r>
        <w:t>Please provide three professional references. At least two should be able to speak to your work ethic, character, reliability, or experience with children.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89"/>
        <w:gridCol w:w="2591"/>
        <w:gridCol w:w="2589"/>
        <w:gridCol w:w="2589"/>
      </w:tblGrid>
      <w:tr w:rsidR="00AF4FBE" w14:paraId="04A57AAD" w14:textId="77777777">
        <w:trPr>
          <w:jc w:val="center"/>
        </w:trPr>
        <w:tc>
          <w:tcPr>
            <w:tcW w:w="2592" w:type="dxa"/>
            <w:shd w:val="clear" w:color="auto" w:fill="D9E2F3"/>
          </w:tcPr>
          <w:p w14:paraId="183ECCD5" w14:textId="77777777" w:rsidR="00AF4FBE" w:rsidRDefault="00000000">
            <w:r>
              <w:t>Name</w:t>
            </w:r>
          </w:p>
        </w:tc>
        <w:tc>
          <w:tcPr>
            <w:tcW w:w="2592" w:type="dxa"/>
            <w:shd w:val="clear" w:color="auto" w:fill="D9E2F3"/>
          </w:tcPr>
          <w:p w14:paraId="3C44B53C" w14:textId="77777777" w:rsidR="00AF4FBE" w:rsidRDefault="00000000">
            <w:r>
              <w:t>Relationship/Company</w:t>
            </w:r>
          </w:p>
        </w:tc>
        <w:tc>
          <w:tcPr>
            <w:tcW w:w="2592" w:type="dxa"/>
            <w:shd w:val="clear" w:color="auto" w:fill="D9E2F3"/>
          </w:tcPr>
          <w:p w14:paraId="32E99EEE" w14:textId="77777777" w:rsidR="00AF4FBE" w:rsidRDefault="00000000">
            <w:r>
              <w:t>Phone</w:t>
            </w:r>
          </w:p>
        </w:tc>
        <w:tc>
          <w:tcPr>
            <w:tcW w:w="2592" w:type="dxa"/>
            <w:shd w:val="clear" w:color="auto" w:fill="D9E2F3"/>
          </w:tcPr>
          <w:p w14:paraId="4782EC06" w14:textId="77777777" w:rsidR="00AF4FBE" w:rsidRDefault="00000000">
            <w:r>
              <w:t>Email</w:t>
            </w:r>
          </w:p>
        </w:tc>
      </w:tr>
      <w:tr w:rsidR="00AF4FBE" w14:paraId="2AD8BD65" w14:textId="77777777">
        <w:trPr>
          <w:jc w:val="center"/>
        </w:trPr>
        <w:tc>
          <w:tcPr>
            <w:tcW w:w="2592" w:type="dxa"/>
          </w:tcPr>
          <w:p w14:paraId="5B5FDFD1" w14:textId="77777777" w:rsidR="00AF4FBE" w:rsidRDefault="00AF4FBE"/>
        </w:tc>
        <w:tc>
          <w:tcPr>
            <w:tcW w:w="2592" w:type="dxa"/>
          </w:tcPr>
          <w:p w14:paraId="081A2BC5" w14:textId="77777777" w:rsidR="00AF4FBE" w:rsidRDefault="00AF4FBE"/>
        </w:tc>
        <w:tc>
          <w:tcPr>
            <w:tcW w:w="2592" w:type="dxa"/>
          </w:tcPr>
          <w:p w14:paraId="6F0DEC0C" w14:textId="77777777" w:rsidR="00AF4FBE" w:rsidRDefault="00AF4FBE"/>
        </w:tc>
        <w:tc>
          <w:tcPr>
            <w:tcW w:w="2592" w:type="dxa"/>
          </w:tcPr>
          <w:p w14:paraId="04256D24" w14:textId="77777777" w:rsidR="00AF4FBE" w:rsidRDefault="00AF4FBE"/>
        </w:tc>
      </w:tr>
      <w:tr w:rsidR="00AF4FBE" w14:paraId="15FDE8B0" w14:textId="77777777">
        <w:trPr>
          <w:jc w:val="center"/>
        </w:trPr>
        <w:tc>
          <w:tcPr>
            <w:tcW w:w="2592" w:type="dxa"/>
          </w:tcPr>
          <w:p w14:paraId="57E691D3" w14:textId="77777777" w:rsidR="00AF4FBE" w:rsidRDefault="00AF4FBE"/>
        </w:tc>
        <w:tc>
          <w:tcPr>
            <w:tcW w:w="2592" w:type="dxa"/>
          </w:tcPr>
          <w:p w14:paraId="43752617" w14:textId="77777777" w:rsidR="00AF4FBE" w:rsidRDefault="00AF4FBE"/>
        </w:tc>
        <w:tc>
          <w:tcPr>
            <w:tcW w:w="2592" w:type="dxa"/>
          </w:tcPr>
          <w:p w14:paraId="0043236A" w14:textId="77777777" w:rsidR="00AF4FBE" w:rsidRDefault="00AF4FBE"/>
        </w:tc>
        <w:tc>
          <w:tcPr>
            <w:tcW w:w="2592" w:type="dxa"/>
          </w:tcPr>
          <w:p w14:paraId="2AB251EE" w14:textId="77777777" w:rsidR="00AF4FBE" w:rsidRDefault="00AF4FBE"/>
        </w:tc>
      </w:tr>
      <w:tr w:rsidR="00AF4FBE" w14:paraId="38B05DE6" w14:textId="77777777">
        <w:trPr>
          <w:jc w:val="center"/>
        </w:trPr>
        <w:tc>
          <w:tcPr>
            <w:tcW w:w="2592" w:type="dxa"/>
          </w:tcPr>
          <w:p w14:paraId="48D465E7" w14:textId="77777777" w:rsidR="00AF4FBE" w:rsidRDefault="00AF4FBE"/>
        </w:tc>
        <w:tc>
          <w:tcPr>
            <w:tcW w:w="2592" w:type="dxa"/>
          </w:tcPr>
          <w:p w14:paraId="17563114" w14:textId="77777777" w:rsidR="00AF4FBE" w:rsidRDefault="00AF4FBE"/>
        </w:tc>
        <w:tc>
          <w:tcPr>
            <w:tcW w:w="2592" w:type="dxa"/>
          </w:tcPr>
          <w:p w14:paraId="60A57DCB" w14:textId="77777777" w:rsidR="00AF4FBE" w:rsidRDefault="00AF4FBE"/>
        </w:tc>
        <w:tc>
          <w:tcPr>
            <w:tcW w:w="2592" w:type="dxa"/>
          </w:tcPr>
          <w:p w14:paraId="47D7B10F" w14:textId="77777777" w:rsidR="00AF4FBE" w:rsidRDefault="00AF4FBE"/>
        </w:tc>
      </w:tr>
    </w:tbl>
    <w:p w14:paraId="610F050A" w14:textId="77777777" w:rsidR="00AF4FBE" w:rsidRDefault="00000000">
      <w:pPr>
        <w:pStyle w:val="Heading1"/>
        <w:spacing w:before="140" w:after="80"/>
      </w:pPr>
      <w:r>
        <w:t>10. APPLICANT ACKNOWLEDGMENT &amp; AUTHORIZATION</w:t>
      </w:r>
    </w:p>
    <w:p w14:paraId="18412B39" w14:textId="77777777" w:rsidR="00AF4FBE" w:rsidRDefault="00000000">
      <w:r>
        <w:t>I certify that the information provided in this application is true and complete to the best of my knowledge. I understand that any false, misleading, or omitted information may result in denial of employment or termination if discovered after employment begins.</w:t>
      </w:r>
    </w:p>
    <w:p w14:paraId="1723F457" w14:textId="77777777" w:rsidR="00AF4FBE" w:rsidRDefault="00000000">
      <w:r>
        <w:t>I authorize Tops Christian Academy to contact the employers, references, schools, and other individuals or organizations listed in this application for the purpose of verifying information relevant to my application. I understand that employment is contingent upon meeting all applicable requirements, including required background screening, employment eligibility verification, childcare licensing requirements, and any Academy-specific requirements.</w:t>
      </w:r>
    </w:p>
    <w:p w14:paraId="59615DC8" w14:textId="77777777" w:rsidR="00AF4FBE" w:rsidRDefault="00000000">
      <w:r>
        <w:t>I understand that employment with Tops Christian Academy requires professionalism, confidentiality, dependable attendance, respectful communication, appropriate boundaries with children, compliance with Academy policies, and a commitment to maintaining a safe and Christ-centered learning environment.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181DC017" w14:textId="77777777">
        <w:trPr>
          <w:jc w:val="center"/>
        </w:trPr>
        <w:tc>
          <w:tcPr>
            <w:tcW w:w="5184" w:type="dxa"/>
            <w:vAlign w:val="center"/>
          </w:tcPr>
          <w:p w14:paraId="0757B9FF" w14:textId="77777777" w:rsidR="00AF4FBE" w:rsidRDefault="00000000">
            <w:r>
              <w:rPr>
                <w:b/>
              </w:rPr>
              <w:t xml:space="preserve">Applicant Signature: </w:t>
            </w:r>
            <w:r>
              <w:t>__________________________________</w:t>
            </w:r>
          </w:p>
        </w:tc>
        <w:tc>
          <w:tcPr>
            <w:tcW w:w="5184" w:type="dxa"/>
            <w:vAlign w:val="center"/>
          </w:tcPr>
          <w:p w14:paraId="4B87142C" w14:textId="77777777" w:rsidR="00AF4FBE" w:rsidRDefault="00000000">
            <w:r>
              <w:rPr>
                <w:b/>
              </w:rPr>
              <w:t xml:space="preserve">Date: </w:t>
            </w:r>
            <w:r>
              <w:t>_________________________</w:t>
            </w:r>
          </w:p>
        </w:tc>
      </w:tr>
    </w:tbl>
    <w:p w14:paraId="485EFF9B" w14:textId="77777777" w:rsidR="00AF4FBE" w:rsidRDefault="00AF4FBE">
      <w:pPr>
        <w:spacing w:after="0"/>
      </w:pPr>
    </w:p>
    <w:p w14:paraId="7F80C18F" w14:textId="77777777" w:rsidR="00AF4FBE" w:rsidRDefault="00000000">
      <w:pPr>
        <w:pStyle w:val="Heading1"/>
        <w:spacing w:before="140" w:after="80"/>
      </w:pPr>
      <w:r>
        <w:t>11. ADMINISTRATOR USE ONLY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F4FBE" w14:paraId="698AEB65" w14:textId="77777777">
        <w:trPr>
          <w:jc w:val="center"/>
        </w:trPr>
        <w:tc>
          <w:tcPr>
            <w:tcW w:w="5184" w:type="dxa"/>
            <w:vAlign w:val="center"/>
          </w:tcPr>
          <w:p w14:paraId="098E8C81" w14:textId="77777777" w:rsidR="00AF4FBE" w:rsidRDefault="00000000">
            <w:r>
              <w:rPr>
                <w:b/>
              </w:rPr>
              <w:t xml:space="preserve">Date Application Received: </w:t>
            </w:r>
            <w:r>
              <w:t>____________________</w:t>
            </w:r>
          </w:p>
        </w:tc>
        <w:tc>
          <w:tcPr>
            <w:tcW w:w="5184" w:type="dxa"/>
            <w:vAlign w:val="center"/>
          </w:tcPr>
          <w:p w14:paraId="3CB0E696" w14:textId="77777777" w:rsidR="00AF4FBE" w:rsidRDefault="00000000">
            <w:r>
              <w:rPr>
                <w:b/>
              </w:rPr>
              <w:t xml:space="preserve">Reviewed By: </w:t>
            </w:r>
            <w:r>
              <w:t>____________________________</w:t>
            </w:r>
          </w:p>
        </w:tc>
      </w:tr>
    </w:tbl>
    <w:p w14:paraId="117578E8" w14:textId="77777777" w:rsidR="00AF4FBE" w:rsidRDefault="00AF4FBE">
      <w:pPr>
        <w:spacing w:after="0"/>
      </w:pPr>
    </w:p>
    <w:p w14:paraId="62AC0F61" w14:textId="77777777" w:rsidR="00AF4FBE" w:rsidRDefault="00000000">
      <w:r>
        <w:rPr>
          <w:b/>
        </w:rPr>
        <w:t xml:space="preserve">Interview Status: </w:t>
      </w:r>
      <w:r>
        <w:t>☐ Not Selected   ☐ Interview Requested   ☐ Interview Completed   ☐ Second Interview   ☐ Hired   ☐ Waitlist</w:t>
      </w:r>
    </w:p>
    <w:p w14:paraId="7DD6F7CB" w14:textId="77777777" w:rsidR="00AF4FBE" w:rsidRDefault="00000000">
      <w:pPr>
        <w:spacing w:after="80"/>
      </w:pPr>
      <w:r>
        <w:rPr>
          <w:b/>
        </w:rPr>
        <w:t xml:space="preserve">Interview Date(s): </w:t>
      </w:r>
      <w:r>
        <w:t>____________________________________________________________</w:t>
      </w:r>
    </w:p>
    <w:p w14:paraId="3AED14BE" w14:textId="77777777" w:rsidR="00AF4FBE" w:rsidRDefault="00000000">
      <w:r>
        <w:rPr>
          <w:b/>
        </w:rPr>
        <w:t xml:space="preserve">Documents/Requirements Verified: </w:t>
      </w:r>
      <w:r>
        <w:t>☐ ID   ☐ Employment Eligibility   ☐ Background Screening   ☐ CPR/First Aid   ☐ DCF Training   ☐ Credentials   ☐ References</w:t>
      </w:r>
    </w:p>
    <w:p w14:paraId="34418960" w14:textId="77777777" w:rsidR="00AF4FBE" w:rsidRDefault="00000000">
      <w:pPr>
        <w:spacing w:after="80"/>
      </w:pPr>
      <w:r>
        <w:rPr>
          <w:b/>
        </w:rPr>
        <w:t xml:space="preserve">Position/Room Assigned: </w:t>
      </w:r>
      <w:r>
        <w:t>_______________________________________________________</w:t>
      </w:r>
    </w:p>
    <w:p w14:paraId="5140053C" w14:textId="77777777" w:rsidR="00AF4FBE" w:rsidRDefault="00000000">
      <w:pPr>
        <w:spacing w:after="80"/>
      </w:pPr>
      <w:r>
        <w:rPr>
          <w:b/>
        </w:rPr>
        <w:t xml:space="preserve">Starting Pay/Rate: </w:t>
      </w:r>
      <w:r>
        <w:t>______________________________________________________________</w:t>
      </w:r>
    </w:p>
    <w:p w14:paraId="2015B514" w14:textId="77777777" w:rsidR="00AF4FBE" w:rsidRDefault="00000000">
      <w:pPr>
        <w:spacing w:after="80"/>
      </w:pPr>
      <w:r>
        <w:rPr>
          <w:b/>
        </w:rPr>
        <w:t xml:space="preserve">Start Date: </w:t>
      </w:r>
      <w:r>
        <w:t>_________________________________________________________________</w:t>
      </w:r>
    </w:p>
    <w:p w14:paraId="7BD0716A" w14:textId="77777777" w:rsidR="00AF4FBE" w:rsidRDefault="00000000">
      <w:pPr>
        <w:spacing w:after="80"/>
      </w:pPr>
      <w:r>
        <w:rPr>
          <w:b/>
        </w:rPr>
        <w:t xml:space="preserve">Administrator Notes: </w:t>
      </w:r>
      <w:r>
        <w:t>______________________________________________________________</w:t>
      </w:r>
    </w:p>
    <w:p w14:paraId="069BF5B5" w14:textId="77777777" w:rsidR="00AF4FBE" w:rsidRDefault="00000000">
      <w:pPr>
        <w:spacing w:after="80"/>
      </w:pPr>
      <w:r>
        <w:rPr>
          <w:b/>
        </w:rPr>
        <w:t xml:space="preserve"> </w:t>
      </w:r>
      <w:r>
        <w:t>______________________________________________________________________________</w:t>
      </w:r>
    </w:p>
    <w:sectPr w:rsidR="00AF4FBE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15C8C" w14:textId="77777777" w:rsidR="00EA3595" w:rsidRDefault="00EA3595">
      <w:pPr>
        <w:spacing w:after="0" w:line="240" w:lineRule="auto"/>
      </w:pPr>
      <w:r>
        <w:separator/>
      </w:r>
    </w:p>
  </w:endnote>
  <w:endnote w:type="continuationSeparator" w:id="0">
    <w:p w14:paraId="4D39D520" w14:textId="77777777" w:rsidR="00EA3595" w:rsidRDefault="00EA3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C37BB" w14:textId="77777777" w:rsidR="00AF4FBE" w:rsidRDefault="00000000">
    <w:pPr>
      <w:pStyle w:val="Footer"/>
      <w:jc w:val="center"/>
    </w:pPr>
    <w:r>
      <w:rPr>
        <w:sz w:val="16"/>
      </w:rPr>
      <w:t>Tops Christian Academy • Confidential Employment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9AFBB" w14:textId="77777777" w:rsidR="00EA3595" w:rsidRDefault="00EA3595">
      <w:pPr>
        <w:spacing w:after="0" w:line="240" w:lineRule="auto"/>
      </w:pPr>
      <w:r>
        <w:separator/>
      </w:r>
    </w:p>
  </w:footnote>
  <w:footnote w:type="continuationSeparator" w:id="0">
    <w:p w14:paraId="05BC313B" w14:textId="77777777" w:rsidR="00EA3595" w:rsidRDefault="00EA35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0625988">
    <w:abstractNumId w:val="8"/>
  </w:num>
  <w:num w:numId="2" w16cid:durableId="756442604">
    <w:abstractNumId w:val="6"/>
  </w:num>
  <w:num w:numId="3" w16cid:durableId="257372941">
    <w:abstractNumId w:val="5"/>
  </w:num>
  <w:num w:numId="4" w16cid:durableId="1269698241">
    <w:abstractNumId w:val="4"/>
  </w:num>
  <w:num w:numId="5" w16cid:durableId="687559717">
    <w:abstractNumId w:val="7"/>
  </w:num>
  <w:num w:numId="6" w16cid:durableId="903298599">
    <w:abstractNumId w:val="3"/>
  </w:num>
  <w:num w:numId="7" w16cid:durableId="773549279">
    <w:abstractNumId w:val="2"/>
  </w:num>
  <w:num w:numId="8" w16cid:durableId="1402406072">
    <w:abstractNumId w:val="1"/>
  </w:num>
  <w:num w:numId="9" w16cid:durableId="1189636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47556"/>
    <w:rsid w:val="00AA1D8D"/>
    <w:rsid w:val="00AF4FBE"/>
    <w:rsid w:val="00B47730"/>
    <w:rsid w:val="00CB0664"/>
    <w:rsid w:val="00EA3595"/>
    <w:rsid w:val="00ED0B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D85AE3"/>
  <w14:defaultImageDpi w14:val="300"/>
  <w15:docId w15:val="{F32267A4-B37B-4CC5-9DB4-622F6310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1116</Words>
  <Characters>6364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Wanda Romero</cp:lastModifiedBy>
  <cp:revision>2</cp:revision>
  <cp:lastPrinted>2026-08-21T14:03:00Z</cp:lastPrinted>
  <dcterms:created xsi:type="dcterms:W3CDTF">2026-08-21T14:09:00Z</dcterms:created>
  <dcterms:modified xsi:type="dcterms:W3CDTF">2026-08-21T14:09:00Z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7754c481-7361-40d7-bc51-d4ce79d025ec</vt:lpwstr>
  </property>
</Properties>
</file>